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13F21" w14:textId="77777777" w:rsidR="00B07640" w:rsidRDefault="00862F0E">
      <w:pPr>
        <w:spacing w:after="280"/>
        <w:jc w:val="center"/>
      </w:pPr>
      <w:r>
        <w:rPr>
          <w:b/>
          <w:color w:val="000000"/>
          <w:sz w:val="28"/>
        </w:rPr>
        <w:t>ŽIADOSŤ O PRÍSTUP K OSOBNÝM ÚDAJOM</w:t>
      </w:r>
    </w:p>
    <w:p w14:paraId="307FCF46" w14:textId="77777777" w:rsidR="00B07640" w:rsidRDefault="00862F0E">
      <w:pPr>
        <w:spacing w:before="160" w:after="80"/>
      </w:pPr>
      <w:r>
        <w:rPr>
          <w:b/>
          <w:color w:val="000000"/>
        </w:rPr>
        <w:t>ŽIADATEĽ (dotknutá osoba alebo jej zákonný zástupca)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07640" w14:paraId="2610ED8A" w14:textId="77777777">
        <w:trPr>
          <w:jc w:val="center"/>
        </w:trPr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</w:tcPr>
          <w:p w14:paraId="323F74B1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Meno a priezvisko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76C6FFC" w14:textId="77777777" w:rsidR="00B07640" w:rsidRDefault="00B07640">
            <w:pPr>
              <w:spacing w:after="0"/>
            </w:pPr>
          </w:p>
        </w:tc>
      </w:tr>
      <w:tr w:rsidR="00B07640" w14:paraId="18945DE8" w14:textId="77777777">
        <w:trPr>
          <w:jc w:val="center"/>
        </w:trPr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</w:tcPr>
          <w:p w14:paraId="72759C8C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Adresa / kontaktná adresa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503A9C3" w14:textId="77777777" w:rsidR="00B07640" w:rsidRDefault="00B07640">
            <w:pPr>
              <w:spacing w:after="0"/>
            </w:pPr>
          </w:p>
        </w:tc>
      </w:tr>
      <w:tr w:rsidR="00B07640" w14:paraId="2C71BC40" w14:textId="77777777">
        <w:trPr>
          <w:jc w:val="center"/>
        </w:trPr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</w:tcPr>
          <w:p w14:paraId="0EE34C60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E-mail / telefón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0F5B01A" w14:textId="77777777" w:rsidR="00B07640" w:rsidRDefault="00B07640">
            <w:pPr>
              <w:spacing w:after="0"/>
            </w:pPr>
          </w:p>
        </w:tc>
      </w:tr>
    </w:tbl>
    <w:p w14:paraId="224F9ED2" w14:textId="77777777" w:rsidR="00B07640" w:rsidRDefault="00B07640">
      <w:pPr>
        <w:spacing w:after="40"/>
      </w:pPr>
    </w:p>
    <w:p w14:paraId="638CA146" w14:textId="77777777" w:rsidR="00B07640" w:rsidRDefault="00862F0E">
      <w:pPr>
        <w:spacing w:before="160" w:after="80"/>
      </w:pPr>
      <w:r>
        <w:rPr>
          <w:b/>
          <w:color w:val="000000"/>
        </w:rPr>
        <w:t>DOTKNUTÁ OSOBA (vypĺňa sa len vtedy, ak nie je rovnaká ako žiadateľ)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07640" w14:paraId="190E0E67" w14:textId="77777777">
        <w:trPr>
          <w:jc w:val="center"/>
        </w:trPr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</w:tcPr>
          <w:p w14:paraId="2513E31B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Meno a priezvisko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6FC5323" w14:textId="77777777" w:rsidR="00B07640" w:rsidRDefault="00B07640">
            <w:pPr>
              <w:spacing w:after="0"/>
            </w:pPr>
          </w:p>
        </w:tc>
      </w:tr>
      <w:tr w:rsidR="00B07640" w14:paraId="0B97E45D" w14:textId="77777777">
        <w:trPr>
          <w:jc w:val="center"/>
        </w:trPr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</w:tcPr>
          <w:p w14:paraId="4B4B5118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Vzťah žiadateľa k dotknutej osobe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372F118" w14:textId="77777777" w:rsidR="00B07640" w:rsidRDefault="00B07640">
            <w:pPr>
              <w:spacing w:after="0"/>
            </w:pPr>
          </w:p>
        </w:tc>
      </w:tr>
    </w:tbl>
    <w:p w14:paraId="5D207191" w14:textId="77777777" w:rsidR="00B07640" w:rsidRDefault="00B07640">
      <w:pPr>
        <w:spacing w:after="40"/>
      </w:pPr>
    </w:p>
    <w:p w14:paraId="40B1A0D7" w14:textId="77777777" w:rsidR="00B07640" w:rsidRDefault="00862F0E">
      <w:pPr>
        <w:spacing w:before="160" w:after="80"/>
      </w:pPr>
      <w:r>
        <w:rPr>
          <w:b/>
          <w:color w:val="000000"/>
        </w:rPr>
        <w:t>PREVÁDZKOVATEĽ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07640" w14:paraId="11F1B15B" w14:textId="77777777">
        <w:trPr>
          <w:jc w:val="center"/>
        </w:trPr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</w:tcPr>
          <w:p w14:paraId="797437C9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Názov / meno a priezvisko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8D187F" w14:textId="77777777" w:rsidR="00B07640" w:rsidRDefault="00B07640">
            <w:pPr>
              <w:spacing w:after="0"/>
            </w:pPr>
          </w:p>
        </w:tc>
      </w:tr>
      <w:tr w:rsidR="00B07640" w14:paraId="0486B6A4" w14:textId="77777777">
        <w:trPr>
          <w:jc w:val="center"/>
        </w:trPr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</w:tcPr>
          <w:p w14:paraId="002DB539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Sídlo / adresa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48DF1EB" w14:textId="77777777" w:rsidR="00B07640" w:rsidRDefault="00B07640">
            <w:pPr>
              <w:spacing w:after="0"/>
            </w:pPr>
          </w:p>
        </w:tc>
      </w:tr>
      <w:tr w:rsidR="00B07640" w14:paraId="5D2E79A7" w14:textId="77777777">
        <w:trPr>
          <w:jc w:val="center"/>
        </w:trPr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</w:tcPr>
          <w:p w14:paraId="3F197397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IČO, ak je pridelené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E7442AB" w14:textId="77777777" w:rsidR="00B07640" w:rsidRDefault="00B07640">
            <w:pPr>
              <w:spacing w:after="0"/>
            </w:pPr>
          </w:p>
        </w:tc>
      </w:tr>
      <w:tr w:rsidR="00B07640" w14:paraId="09177ED2" w14:textId="77777777">
        <w:trPr>
          <w:jc w:val="center"/>
        </w:trPr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vAlign w:val="center"/>
          </w:tcPr>
          <w:p w14:paraId="5AFDEC35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Kontaktný e-mail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A5BA6B6" w14:textId="77777777" w:rsidR="00B07640" w:rsidRDefault="00B07640">
            <w:pPr>
              <w:spacing w:after="0"/>
            </w:pPr>
          </w:p>
        </w:tc>
      </w:tr>
    </w:tbl>
    <w:p w14:paraId="6568E493" w14:textId="77777777" w:rsidR="00B07640" w:rsidRDefault="00B07640">
      <w:pPr>
        <w:spacing w:after="40"/>
      </w:pPr>
    </w:p>
    <w:p w14:paraId="0415D4A4" w14:textId="77777777" w:rsidR="00B07640" w:rsidRDefault="00862F0E">
      <w:pPr>
        <w:spacing w:before="160" w:line="252" w:lineRule="auto"/>
        <w:jc w:val="center"/>
      </w:pPr>
      <w:r>
        <w:rPr>
          <w:b/>
          <w:color w:val="000000"/>
        </w:rPr>
        <w:t>Týmto si uplatňujem svoje právo podľa článku 15 všeobecného nariadenia o ochrane osobných údajov (GDPR).</w:t>
      </w:r>
    </w:p>
    <w:p w14:paraId="548B4702" w14:textId="77777777" w:rsidR="00B07640" w:rsidRDefault="00862F0E">
      <w:pPr>
        <w:spacing w:after="60" w:line="252" w:lineRule="auto"/>
      </w:pPr>
      <w:r>
        <w:rPr>
          <w:color w:val="000000"/>
        </w:rPr>
        <w:t>Žiadam Vás o:</w:t>
      </w:r>
    </w:p>
    <w:p w14:paraId="7E2FF0BD" w14:textId="77777777" w:rsidR="00B07640" w:rsidRDefault="00862F0E">
      <w:pPr>
        <w:spacing w:after="80"/>
        <w:ind w:left="227" w:hanging="142"/>
      </w:pPr>
      <w:r>
        <w:rPr>
          <w:b/>
          <w:color w:val="000000"/>
        </w:rPr>
        <w:t xml:space="preserve">☐ a) </w:t>
      </w:r>
      <w:r>
        <w:rPr>
          <w:color w:val="000000"/>
        </w:rPr>
        <w:t>potvrdenie, či spracúvate alebo nespracúvate osobné údaje, ktoré sa ma týkajú;</w:t>
      </w:r>
    </w:p>
    <w:p w14:paraId="10337AC6" w14:textId="77777777" w:rsidR="00B07640" w:rsidRDefault="00862F0E">
      <w:pPr>
        <w:spacing w:after="80"/>
        <w:ind w:left="227" w:hanging="142"/>
      </w:pPr>
      <w:r>
        <w:rPr>
          <w:b/>
          <w:color w:val="000000"/>
        </w:rPr>
        <w:t xml:space="preserve">☐ b) </w:t>
      </w:r>
      <w:r>
        <w:rPr>
          <w:color w:val="000000"/>
        </w:rPr>
        <w:t>prístup k osobným údajom, ktoré sa ma týkajú;</w:t>
      </w:r>
    </w:p>
    <w:p w14:paraId="21F9B800" w14:textId="77777777" w:rsidR="00B07640" w:rsidRDefault="00862F0E">
      <w:pPr>
        <w:spacing w:after="80"/>
        <w:ind w:left="227" w:hanging="142"/>
      </w:pPr>
      <w:r>
        <w:rPr>
          <w:b/>
          <w:color w:val="000000"/>
        </w:rPr>
        <w:t xml:space="preserve">☐ c) </w:t>
      </w:r>
      <w:r>
        <w:rPr>
          <w:color w:val="000000"/>
        </w:rPr>
        <w:t>informácie podľa článku 15 ods. 1 písm. a) až h) GDPR, najmä o účeloch spracúvania, kategóriách údajov, príjemcoch, dobe uchovávania, právach dotknutej osoby, zdroji údajov a automatizovanom rozhodovaní;</w:t>
      </w:r>
    </w:p>
    <w:p w14:paraId="0414A914" w14:textId="77777777" w:rsidR="00B07640" w:rsidRDefault="00862F0E">
      <w:pPr>
        <w:spacing w:after="80"/>
        <w:ind w:left="227" w:hanging="142"/>
      </w:pPr>
      <w:r>
        <w:rPr>
          <w:b/>
          <w:color w:val="000000"/>
        </w:rPr>
        <w:t xml:space="preserve">☐ d) </w:t>
      </w:r>
      <w:r>
        <w:rPr>
          <w:color w:val="000000"/>
        </w:rPr>
        <w:t>poskytnutie kópie osobných údajov, ktoré o mne spracúvate;</w:t>
      </w:r>
    </w:p>
    <w:p w14:paraId="27A705E9" w14:textId="77777777" w:rsidR="00B07640" w:rsidRDefault="00862F0E">
      <w:pPr>
        <w:spacing w:after="80"/>
        <w:ind w:left="227" w:hanging="142"/>
      </w:pPr>
      <w:r>
        <w:rPr>
          <w:b/>
          <w:color w:val="000000"/>
        </w:rPr>
        <w:t xml:space="preserve">☐ e) </w:t>
      </w:r>
      <w:r>
        <w:rPr>
          <w:color w:val="000000"/>
        </w:rPr>
        <w:t>informácie o primeraných zárukách podľa GDPR, ak sa moje osobné údaje prenášajú do tretej krajiny alebo medzinárodnej organizácie.</w:t>
      </w:r>
    </w:p>
    <w:p w14:paraId="4D9A8479" w14:textId="77777777" w:rsidR="00B07640" w:rsidRDefault="00862F0E">
      <w:pPr>
        <w:spacing w:before="100" w:after="60" w:line="252" w:lineRule="auto"/>
      </w:pPr>
      <w:r>
        <w:rPr>
          <w:b/>
          <w:color w:val="000000"/>
        </w:rPr>
        <w:t>Žiadosť sa vzťahuje najmä na tieto osobné údaje alebo spracovateľské činnosti: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72"/>
      </w:tblGrid>
      <w:tr w:rsidR="00B07640" w14:paraId="0FA4920E" w14:textId="77777777">
        <w:tc>
          <w:tcPr>
            <w:tcW w:w="997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3BD90514" w14:textId="77777777" w:rsidR="00B07640" w:rsidRDefault="00862F0E">
            <w:pPr>
              <w:spacing w:after="0"/>
            </w:pPr>
            <w:r>
              <w:br/>
            </w:r>
            <w:r>
              <w:br/>
            </w:r>
            <w:r>
              <w:br/>
            </w:r>
          </w:p>
        </w:tc>
      </w:tr>
    </w:tbl>
    <w:p w14:paraId="3783E8FF" w14:textId="77777777" w:rsidR="00B07640" w:rsidRDefault="00B07640">
      <w:pPr>
        <w:spacing w:after="40"/>
      </w:pPr>
    </w:p>
    <w:p w14:paraId="5A8E442B" w14:textId="77777777" w:rsidR="00B07640" w:rsidRDefault="00862F0E">
      <w:pPr>
        <w:spacing w:before="160" w:after="80"/>
      </w:pPr>
      <w:r>
        <w:rPr>
          <w:b/>
          <w:color w:val="000000"/>
        </w:rPr>
        <w:t>Overenie totožnosti</w:t>
      </w:r>
    </w:p>
    <w:p w14:paraId="1EDA150B" w14:textId="77777777" w:rsidR="00B07640" w:rsidRDefault="00862F0E">
      <w:pPr>
        <w:spacing w:after="60" w:line="252" w:lineRule="auto"/>
      </w:pPr>
      <w:r>
        <w:rPr>
          <w:color w:val="000000"/>
        </w:rPr>
        <w:t>Na overenie mojej totožnosti prikladám alebo uvádzam údaje potrebné na spoľahlivú identifikáciu žiadateľa alebo dotknutej osoby.</w:t>
      </w:r>
    </w:p>
    <w:p w14:paraId="2F65FE4B" w14:textId="77777777" w:rsidR="00B07640" w:rsidRDefault="00862F0E">
      <w:pPr>
        <w:spacing w:after="60"/>
        <w:ind w:left="113"/>
      </w:pPr>
      <w:r>
        <w:rPr>
          <w:i/>
          <w:color w:val="666666"/>
          <w:sz w:val="18"/>
        </w:rPr>
        <w:t>Napríklad číslo zákazníka, číslo objednávky, korešpondenčná adresa, doklad preukazujúci zastúpenie alebo iný údaj potrebný podľa konkrétneho vzťahu s prevádzkovateľom. Neuvádzajte nadbytočné údaje, ak nie sú potrebné na overenie totožnosti.</w:t>
      </w:r>
    </w:p>
    <w:p w14:paraId="76D95F08" w14:textId="77777777" w:rsidR="00B07640" w:rsidRDefault="00862F0E">
      <w:pPr>
        <w:spacing w:before="100" w:after="60" w:line="252" w:lineRule="auto"/>
      </w:pPr>
      <w:r>
        <w:rPr>
          <w:b/>
          <w:color w:val="000000"/>
        </w:rPr>
        <w:t>Spôsob overenia totožnosti / priložené dokumenty: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72"/>
      </w:tblGrid>
      <w:tr w:rsidR="00B07640" w14:paraId="34C8A24E" w14:textId="77777777">
        <w:tc>
          <w:tcPr>
            <w:tcW w:w="997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0C1FA34E" w14:textId="77777777" w:rsidR="00B07640" w:rsidRDefault="00862F0E">
            <w:pPr>
              <w:spacing w:after="0"/>
            </w:pPr>
            <w:r>
              <w:br/>
            </w:r>
          </w:p>
        </w:tc>
      </w:tr>
    </w:tbl>
    <w:p w14:paraId="1007624E" w14:textId="77777777" w:rsidR="00B07640" w:rsidRDefault="00B07640">
      <w:pPr>
        <w:spacing w:after="40"/>
      </w:pPr>
    </w:p>
    <w:p w14:paraId="06530742" w14:textId="77777777" w:rsidR="00B07640" w:rsidRDefault="00862F0E">
      <w:pPr>
        <w:spacing w:before="160" w:after="80"/>
      </w:pPr>
      <w:r>
        <w:rPr>
          <w:b/>
          <w:color w:val="000000"/>
        </w:rPr>
        <w:lastRenderedPageBreak/>
        <w:t>Spôsob zaslania odpovede</w:t>
      </w:r>
    </w:p>
    <w:p w14:paraId="3A4A15F1" w14:textId="77777777" w:rsidR="00B07640" w:rsidRDefault="00862F0E">
      <w:pPr>
        <w:spacing w:after="60" w:line="252" w:lineRule="auto"/>
      </w:pPr>
      <w:r>
        <w:rPr>
          <w:color w:val="000000"/>
        </w:rPr>
        <w:t>Odpoveď na žiadosť žiadam zaslať:</w:t>
      </w:r>
    </w:p>
    <w:p w14:paraId="47388369" w14:textId="77777777" w:rsidR="00B07640" w:rsidRDefault="00862F0E">
      <w:pPr>
        <w:spacing w:after="80"/>
        <w:ind w:left="227" w:hanging="142"/>
      </w:pPr>
      <w:r>
        <w:rPr>
          <w:b/>
          <w:color w:val="000000"/>
        </w:rPr>
        <w:t xml:space="preserve">☐ a) </w:t>
      </w:r>
      <w:r>
        <w:rPr>
          <w:color w:val="000000"/>
        </w:rPr>
        <w:t>elektronicky na e-mail uvedený v tejto žiadosti;</w:t>
      </w:r>
    </w:p>
    <w:p w14:paraId="5E162A36" w14:textId="77777777" w:rsidR="00B07640" w:rsidRDefault="00862F0E">
      <w:pPr>
        <w:spacing w:after="80"/>
        <w:ind w:left="227" w:hanging="142"/>
      </w:pPr>
      <w:r>
        <w:rPr>
          <w:b/>
          <w:color w:val="000000"/>
        </w:rPr>
        <w:t xml:space="preserve">☐ b) </w:t>
      </w:r>
      <w:r>
        <w:rPr>
          <w:color w:val="000000"/>
        </w:rPr>
        <w:t>poštou na adresu uvedenú v tejto žiadosti;</w:t>
      </w:r>
    </w:p>
    <w:p w14:paraId="135E3602" w14:textId="77777777" w:rsidR="00B07640" w:rsidRDefault="00862F0E">
      <w:pPr>
        <w:spacing w:after="80"/>
        <w:ind w:left="227" w:hanging="142"/>
      </w:pPr>
      <w:r>
        <w:rPr>
          <w:b/>
          <w:color w:val="000000"/>
        </w:rPr>
        <w:t xml:space="preserve">☐ c) </w:t>
      </w:r>
      <w:r>
        <w:rPr>
          <w:color w:val="000000"/>
        </w:rPr>
        <w:t>iným spôsobom: ________________________________ .</w:t>
      </w:r>
    </w:p>
    <w:p w14:paraId="204A9CC8" w14:textId="77777777" w:rsidR="00B07640" w:rsidRDefault="00862F0E">
      <w:pPr>
        <w:spacing w:after="60" w:line="252" w:lineRule="auto"/>
      </w:pPr>
      <w:r>
        <w:rPr>
          <w:i/>
          <w:color w:val="666666"/>
          <w:sz w:val="18"/>
        </w:rPr>
        <w:t>Beriem na vedomie, že prevádzkovateľ môže v prípade dôvodných pochybností požiadať o doplňujúce informácie potrebné na potvrdenie totožnosti dotknutej osoby alebo oprávnenia konať v jej mene.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B07640" w14:paraId="596CFEC3" w14:textId="77777777"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96D6504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Miesto a dátum: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4C94BC8" w14:textId="77777777" w:rsidR="00B07640" w:rsidRDefault="00B07640">
            <w:pPr>
              <w:spacing w:after="0"/>
            </w:pPr>
          </w:p>
        </w:tc>
      </w:tr>
      <w:tr w:rsidR="00B07640" w14:paraId="72207863" w14:textId="77777777"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5766724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Podpis: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A5FA3EC" w14:textId="77777777" w:rsidR="00B07640" w:rsidRDefault="00B07640">
            <w:pPr>
              <w:spacing w:after="0"/>
            </w:pPr>
          </w:p>
        </w:tc>
      </w:tr>
      <w:tr w:rsidR="00B07640" w14:paraId="1E6B26E8" w14:textId="77777777"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62B75E21" w14:textId="77777777" w:rsidR="00B07640" w:rsidRDefault="00862F0E">
            <w:pPr>
              <w:spacing w:after="0"/>
            </w:pPr>
            <w:r>
              <w:rPr>
                <w:b/>
                <w:color w:val="000000"/>
                <w:sz w:val="18"/>
              </w:rPr>
              <w:t>Prílohy:</w:t>
            </w:r>
          </w:p>
        </w:tc>
        <w:tc>
          <w:tcPr>
            <w:tcW w:w="49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FA3150B" w14:textId="77777777" w:rsidR="00B07640" w:rsidRDefault="00B07640">
            <w:pPr>
              <w:spacing w:after="0"/>
            </w:pPr>
          </w:p>
        </w:tc>
      </w:tr>
    </w:tbl>
    <w:p w14:paraId="0FC058F1" w14:textId="77777777" w:rsidR="00B07640" w:rsidRDefault="00862F0E">
      <w:pPr>
        <w:spacing w:before="160" w:after="80"/>
      </w:pPr>
      <w:r>
        <w:rPr>
          <w:b/>
          <w:color w:val="000000"/>
        </w:rPr>
        <w:t>Poznámka</w:t>
      </w:r>
    </w:p>
    <w:p w14:paraId="6120D40A" w14:textId="77777777" w:rsidR="00B07640" w:rsidRDefault="00862F0E">
      <w:pPr>
        <w:spacing w:after="60" w:line="252" w:lineRule="auto"/>
      </w:pPr>
      <w:r>
        <w:rPr>
          <w:color w:val="666666"/>
          <w:sz w:val="18"/>
        </w:rPr>
        <w:t>Tento vzor je všeobecný formulár pre uplatnenie práv dotknutej osoby podľa GDPR. Prevádzkovateľ posúdi žiadosť podľa konkrétnych okolností, právneho základu spracúvania a prípadných zákonných výnimiek alebo obmedzení.</w:t>
      </w:r>
    </w:p>
    <w:p w14:paraId="43737034" w14:textId="77777777" w:rsidR="00B07640" w:rsidRDefault="00862F0E">
      <w:pPr>
        <w:spacing w:after="60" w:line="252" w:lineRule="auto"/>
      </w:pPr>
      <w:r>
        <w:rPr>
          <w:color w:val="666666"/>
          <w:sz w:val="18"/>
        </w:rPr>
        <w:t>Dozorným orgánom pre oblasť ochrany osobných údajov je Úrad na ochranu osobných údajov Slovenskej republiky, Galvaniho Business Centrum II, Galvaniho 7/B, 821 04 Bratislava, Slovenská republika.</w:t>
      </w:r>
    </w:p>
    <w:sectPr w:rsidR="00B07640" w:rsidSect="00034616">
      <w:headerReference w:type="default" r:id="rId8"/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2A1FAE" w14:textId="77777777" w:rsidR="00862F0E" w:rsidRDefault="00862F0E">
      <w:pPr>
        <w:spacing w:after="0" w:line="240" w:lineRule="auto"/>
      </w:pPr>
      <w:r>
        <w:separator/>
      </w:r>
    </w:p>
  </w:endnote>
  <w:endnote w:type="continuationSeparator" w:id="0">
    <w:p w14:paraId="2142EEDA" w14:textId="77777777" w:rsidR="00862F0E" w:rsidRDefault="00862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FDB54" w14:textId="77777777" w:rsidR="00B07640" w:rsidRDefault="00B076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5AE8B" w14:textId="77777777" w:rsidR="00862F0E" w:rsidRDefault="00862F0E">
      <w:pPr>
        <w:spacing w:after="0" w:line="240" w:lineRule="auto"/>
      </w:pPr>
      <w:r>
        <w:separator/>
      </w:r>
    </w:p>
  </w:footnote>
  <w:footnote w:type="continuationSeparator" w:id="0">
    <w:p w14:paraId="58D19FBB" w14:textId="77777777" w:rsidR="00862F0E" w:rsidRDefault="00862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7B834" w14:textId="77777777" w:rsidR="00B07640" w:rsidRDefault="00B0764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4676699">
    <w:abstractNumId w:val="8"/>
  </w:num>
  <w:num w:numId="2" w16cid:durableId="2079596397">
    <w:abstractNumId w:val="6"/>
  </w:num>
  <w:num w:numId="3" w16cid:durableId="284822426">
    <w:abstractNumId w:val="5"/>
  </w:num>
  <w:num w:numId="4" w16cid:durableId="1568952418">
    <w:abstractNumId w:val="4"/>
  </w:num>
  <w:num w:numId="5" w16cid:durableId="1473019152">
    <w:abstractNumId w:val="7"/>
  </w:num>
  <w:num w:numId="6" w16cid:durableId="1263108089">
    <w:abstractNumId w:val="3"/>
  </w:num>
  <w:num w:numId="7" w16cid:durableId="1580292419">
    <w:abstractNumId w:val="2"/>
  </w:num>
  <w:num w:numId="8" w16cid:durableId="1867524540">
    <w:abstractNumId w:val="1"/>
  </w:num>
  <w:num w:numId="9" w16cid:durableId="167414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45F5"/>
    <w:rsid w:val="0027730C"/>
    <w:rsid w:val="0029639D"/>
    <w:rsid w:val="00326F90"/>
    <w:rsid w:val="00640AE2"/>
    <w:rsid w:val="00862F0E"/>
    <w:rsid w:val="00AA1D8D"/>
    <w:rsid w:val="00B0764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CD7C24"/>
  <w14:defaultImageDpi w14:val="300"/>
  <w15:docId w15:val="{E1318209-F165-BA4C-BCBA-2140E33B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eastAsia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2069</Characters>
  <Application>Microsoft Office Word</Application>
  <DocSecurity>0</DocSecurity>
  <Lines>70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LORDS BENISON S.R.O.</Company>
  <LinksUpToDate>false</LinksUpToDate>
  <CharactersWithSpaces>2376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URBOWICZ</dc:creator>
  <cp:keywords/>
  <dc:description/>
  <cp:lastModifiedBy>Mariana Urbowicz</cp:lastModifiedBy>
  <cp:revision>3</cp:revision>
  <dcterms:created xsi:type="dcterms:W3CDTF">2013-12-23T23:15:00Z</dcterms:created>
  <dcterms:modified xsi:type="dcterms:W3CDTF">2026-07-07T12:02:00Z</dcterms:modified>
  <cp:category/>
</cp:coreProperties>
</file>